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IZJAVA ČLANA KOMISIJE</w:t>
      </w:r>
    </w:p>
    <w:p>
      <w:pPr>
        <w:jc w:val="center"/>
      </w:pPr>
      <w:r>
        <w:rPr>
          <w:i/>
          <w:sz w:val="22"/>
        </w:rPr>
        <w:t>o nepostojanju sukoba interesa</w:t>
      </w:r>
    </w:p>
    <w:p>
      <w:r>
        <w:t>Ime i prezime člana Komisije: __________________________________</w:t>
      </w:r>
    </w:p>
    <w:p>
      <w:r>
        <w:t>Izjavljujem da ću postupak ocenjivanja sprovoditi nepristrasno, objektivno i poverljivo. Obavezujem se da ću prijaviti svaki stvarni ili potencijalni sukob interesa i da neću učestvovati u ocenjivanju kandidata kod kojeg takav sukob postoji.</w:t>
      </w:r>
    </w:p>
    <w:p>
      <w:r>
        <w:br/>
        <w:t>Mesto i datum: ____________________</w:t>
      </w:r>
    </w:p>
    <w:p>
      <w:r>
        <w:t>Potpis: ___________________________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