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IZJAVA KANDIDATA</w:t>
      </w:r>
    </w:p>
    <w:p>
      <w:pPr>
        <w:jc w:val="center"/>
      </w:pPr>
      <w:r>
        <w:rPr>
          <w:i/>
          <w:sz w:val="22"/>
        </w:rPr>
        <w:t>o tačnosti podataka</w:t>
      </w:r>
    </w:p>
    <w:p>
      <w:r>
        <w:t>Naziv organizacije: ______________________________________________</w:t>
      </w:r>
    </w:p>
    <w:p>
      <w:r>
        <w:t>Odgovorno lice: _________________________________________________</w:t>
      </w:r>
    </w:p>
    <w:p>
      <w:r>
        <w:t>Izjavljujem da su svi podaci navedeni u prijavi za nagradu „Obukom do kvaliteta poslovanja 2026“ istiniti, potpuni i zasnovani na raspoloživoj poslovnoj dokumentaciji. Saglasan/na sam da Komisija može zatražiti dodatno pojašnjenje ili dokaz za navedene podatke.</w:t>
      </w:r>
    </w:p>
    <w:p>
      <w:r>
        <w:br/>
        <w:t>Mesto i datum: ____________________</w:t>
      </w:r>
    </w:p>
    <w:p>
      <w:r>
        <w:t>Ime i prezime: ____________________</w:t>
      </w:r>
    </w:p>
    <w:p>
      <w:r>
        <w:t>Funkcija: _________________________</w:t>
      </w:r>
    </w:p>
    <w:p>
      <w:r>
        <w:t>Potpis: ___________________________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