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OBRAZAC – STUDIJA SLUČAJA</w:t>
      </w:r>
    </w:p>
    <w:p>
      <w:pPr>
        <w:jc w:val="center"/>
      </w:pPr>
      <w:r>
        <w:rPr>
          <w:i/>
          <w:sz w:val="22"/>
        </w:rPr>
        <w:t>„Obuka koja je unapredila naše poslovanje“</w:t>
      </w:r>
    </w:p>
    <w:p>
      <w:r>
        <w:t>1. Naziv organizacije</w:t>
        <w:br/>
        <w:t>________________________________________________________________________________</w:t>
      </w:r>
    </w:p>
    <w:p>
      <w:r>
        <w:t>2. Naziv obuke</w:t>
        <w:br/>
        <w:t>________________________________________________________________________________</w:t>
      </w:r>
    </w:p>
    <w:p>
      <w:r>
        <w:t>3. Ko je pohađao obuku i koliko zaposlenih</w:t>
        <w:br/>
        <w:t>________________________________________________________________________________</w:t>
      </w:r>
    </w:p>
    <w:p>
      <w:r>
        <w:t>4. Koji problem ili potreba je prethodila obuci?</w:t>
        <w:br/>
        <w:t>________________________________________________________________________________</w:t>
      </w:r>
    </w:p>
    <w:p>
      <w:r>
        <w:t>5. Šta je bio cilj obuke?</w:t>
        <w:br/>
        <w:t>________________________________________________________________________________</w:t>
      </w:r>
    </w:p>
    <w:p>
      <w:r>
        <w:t>6. Kako je stečeno znanje primenjeno u radu?</w:t>
        <w:br/>
        <w:t>________________________________________________________________________________</w:t>
      </w:r>
    </w:p>
    <w:p>
      <w:r>
        <w:t>7. Šta je konkretno promenjeno ili unapređeno?</w:t>
        <w:br/>
        <w:t>________________________________________________________________________________</w:t>
      </w:r>
    </w:p>
    <w:p>
      <w:r>
        <w:t>8. Rezultat pre i posle obuke (ako je merljivo)</w:t>
        <w:br/>
        <w:t>________________________________________________________________________________</w:t>
      </w:r>
    </w:p>
    <w:p>
      <w:r>
        <w:t>9. Koji indikator/KPI potvrđuje rezultat?</w:t>
        <w:br/>
        <w:t>________________________________________________________________________________</w:t>
      </w:r>
    </w:p>
    <w:p>
      <w:r>
        <w:t>10. Da li je efekat održan i nakon početne primene?</w:t>
        <w:br/>
        <w:t>________________________________________________________________________________</w:t>
      </w:r>
    </w:p>
    <w:p>
      <w:r>
        <w:t>11. Dodatni dokaz (izveštaj, grafik, procedura, KPI, fotografija i sl.)</w:t>
        <w:br/>
        <w:t>________________________________________________________________________________</w:t>
      </w:r>
    </w:p>
    <w:p>
      <w:r>
        <w:t>Preporučena dužina: do 2 strane po primeru.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