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364D4" w14:textId="77777777" w:rsidR="00AF5D88" w:rsidRDefault="00000000">
      <w:pPr>
        <w:jc w:val="center"/>
      </w:pPr>
      <w:r>
        <w:rPr>
          <w:b/>
          <w:sz w:val="32"/>
        </w:rPr>
        <w:t>PRIJAVNI LIST</w:t>
      </w:r>
    </w:p>
    <w:p w14:paraId="4A9FF51A" w14:textId="77777777" w:rsidR="00AF5D88" w:rsidRDefault="00000000">
      <w:pPr>
        <w:jc w:val="center"/>
      </w:pPr>
      <w:r>
        <w:rPr>
          <w:i/>
          <w:sz w:val="22"/>
        </w:rPr>
        <w:t>„OBUKOM DO KVALITETA POSLOVANJA 2026“</w:t>
      </w:r>
    </w:p>
    <w:p w14:paraId="758AC959" w14:textId="77777777" w:rsidR="00AF5D88" w:rsidRDefault="00000000">
      <w:pPr>
        <w:pStyle w:val="Heading1"/>
      </w:pPr>
      <w:r>
        <w:t>A. PODACI O ORGANIZACIJI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AF5D88" w14:paraId="7F5BCD6E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685B528A" w14:textId="77777777" w:rsidR="00AF5D88" w:rsidRDefault="00000000">
            <w:r>
              <w:rPr>
                <w:b/>
                <w:sz w:val="18"/>
              </w:rPr>
              <w:t>Podatak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127A780A" w14:textId="77777777" w:rsidR="00AF5D88" w:rsidRDefault="00000000">
            <w:r>
              <w:rPr>
                <w:b/>
                <w:sz w:val="18"/>
              </w:rPr>
              <w:t>Odgovor</w:t>
            </w:r>
          </w:p>
        </w:tc>
      </w:tr>
      <w:tr w:rsidR="00AF5D88" w14:paraId="27FAA961" w14:textId="77777777">
        <w:trPr>
          <w:jc w:val="center"/>
        </w:trPr>
        <w:tc>
          <w:tcPr>
            <w:tcW w:w="4986" w:type="dxa"/>
            <w:vAlign w:val="center"/>
          </w:tcPr>
          <w:p w14:paraId="7FE4DED5" w14:textId="77777777" w:rsidR="00AF5D88" w:rsidRDefault="00000000">
            <w:r>
              <w:rPr>
                <w:sz w:val="18"/>
              </w:rPr>
              <w:t>Naziv organizacije</w:t>
            </w:r>
          </w:p>
        </w:tc>
        <w:tc>
          <w:tcPr>
            <w:tcW w:w="4986" w:type="dxa"/>
            <w:vAlign w:val="center"/>
          </w:tcPr>
          <w:p w14:paraId="0A45848C" w14:textId="77777777" w:rsidR="00AF5D88" w:rsidRDefault="00AF5D88"/>
        </w:tc>
      </w:tr>
      <w:tr w:rsidR="00AF5D88" w14:paraId="77CD0A56" w14:textId="77777777">
        <w:trPr>
          <w:jc w:val="center"/>
        </w:trPr>
        <w:tc>
          <w:tcPr>
            <w:tcW w:w="4986" w:type="dxa"/>
            <w:vAlign w:val="center"/>
          </w:tcPr>
          <w:p w14:paraId="5640C2C2" w14:textId="77777777" w:rsidR="00AF5D88" w:rsidRDefault="00000000">
            <w:r>
              <w:rPr>
                <w:sz w:val="18"/>
              </w:rPr>
              <w:t>PIB / matični broj</w:t>
            </w:r>
          </w:p>
        </w:tc>
        <w:tc>
          <w:tcPr>
            <w:tcW w:w="4986" w:type="dxa"/>
            <w:vAlign w:val="center"/>
          </w:tcPr>
          <w:p w14:paraId="0D7C621F" w14:textId="77777777" w:rsidR="00AF5D88" w:rsidRDefault="00AF5D88"/>
        </w:tc>
      </w:tr>
      <w:tr w:rsidR="00AF5D88" w14:paraId="47823109" w14:textId="77777777">
        <w:trPr>
          <w:jc w:val="center"/>
        </w:trPr>
        <w:tc>
          <w:tcPr>
            <w:tcW w:w="4986" w:type="dxa"/>
            <w:vAlign w:val="center"/>
          </w:tcPr>
          <w:p w14:paraId="10128599" w14:textId="77777777" w:rsidR="00AF5D88" w:rsidRDefault="00000000">
            <w:r>
              <w:rPr>
                <w:sz w:val="18"/>
              </w:rPr>
              <w:t>Adresa</w:t>
            </w:r>
          </w:p>
        </w:tc>
        <w:tc>
          <w:tcPr>
            <w:tcW w:w="4986" w:type="dxa"/>
            <w:vAlign w:val="center"/>
          </w:tcPr>
          <w:p w14:paraId="319BF7E7" w14:textId="77777777" w:rsidR="00AF5D88" w:rsidRDefault="00AF5D88"/>
        </w:tc>
      </w:tr>
      <w:tr w:rsidR="00AF5D88" w14:paraId="156A94BA" w14:textId="77777777">
        <w:trPr>
          <w:jc w:val="center"/>
        </w:trPr>
        <w:tc>
          <w:tcPr>
            <w:tcW w:w="4986" w:type="dxa"/>
            <w:vAlign w:val="center"/>
          </w:tcPr>
          <w:p w14:paraId="689FF11F" w14:textId="77777777" w:rsidR="00AF5D88" w:rsidRDefault="00000000">
            <w:r>
              <w:rPr>
                <w:sz w:val="18"/>
              </w:rPr>
              <w:t>Delatnost</w:t>
            </w:r>
          </w:p>
        </w:tc>
        <w:tc>
          <w:tcPr>
            <w:tcW w:w="4986" w:type="dxa"/>
            <w:vAlign w:val="center"/>
          </w:tcPr>
          <w:p w14:paraId="5AF21DB5" w14:textId="77777777" w:rsidR="00AF5D88" w:rsidRDefault="00AF5D88"/>
        </w:tc>
      </w:tr>
      <w:tr w:rsidR="00AF5D88" w14:paraId="58B459A3" w14:textId="77777777">
        <w:trPr>
          <w:jc w:val="center"/>
        </w:trPr>
        <w:tc>
          <w:tcPr>
            <w:tcW w:w="4986" w:type="dxa"/>
            <w:vAlign w:val="center"/>
          </w:tcPr>
          <w:p w14:paraId="34D87398" w14:textId="77777777" w:rsidR="00AF5D88" w:rsidRDefault="00000000">
            <w:r>
              <w:rPr>
                <w:sz w:val="18"/>
              </w:rPr>
              <w:t>Web sajt</w:t>
            </w:r>
          </w:p>
        </w:tc>
        <w:tc>
          <w:tcPr>
            <w:tcW w:w="4986" w:type="dxa"/>
            <w:vAlign w:val="center"/>
          </w:tcPr>
          <w:p w14:paraId="6ED767C1" w14:textId="77777777" w:rsidR="00AF5D88" w:rsidRDefault="00AF5D88"/>
        </w:tc>
      </w:tr>
      <w:tr w:rsidR="00AF5D88" w14:paraId="7C77C23F" w14:textId="77777777">
        <w:trPr>
          <w:jc w:val="center"/>
        </w:trPr>
        <w:tc>
          <w:tcPr>
            <w:tcW w:w="4986" w:type="dxa"/>
            <w:vAlign w:val="center"/>
          </w:tcPr>
          <w:p w14:paraId="19DFAC3E" w14:textId="77777777" w:rsidR="00AF5D88" w:rsidRDefault="00000000">
            <w:r>
              <w:rPr>
                <w:sz w:val="18"/>
              </w:rPr>
              <w:t>Odgovorno lice</w:t>
            </w:r>
          </w:p>
        </w:tc>
        <w:tc>
          <w:tcPr>
            <w:tcW w:w="4986" w:type="dxa"/>
            <w:vAlign w:val="center"/>
          </w:tcPr>
          <w:p w14:paraId="34DF7AD3" w14:textId="77777777" w:rsidR="00AF5D88" w:rsidRDefault="00AF5D88"/>
        </w:tc>
      </w:tr>
      <w:tr w:rsidR="00AF5D88" w14:paraId="3DC629C2" w14:textId="77777777">
        <w:trPr>
          <w:jc w:val="center"/>
        </w:trPr>
        <w:tc>
          <w:tcPr>
            <w:tcW w:w="4986" w:type="dxa"/>
            <w:vAlign w:val="center"/>
          </w:tcPr>
          <w:p w14:paraId="1963E3AC" w14:textId="77777777" w:rsidR="00AF5D88" w:rsidRDefault="00000000">
            <w:r>
              <w:rPr>
                <w:sz w:val="18"/>
              </w:rPr>
              <w:t>Kontakt e-mail / telefon</w:t>
            </w:r>
          </w:p>
        </w:tc>
        <w:tc>
          <w:tcPr>
            <w:tcW w:w="4986" w:type="dxa"/>
            <w:vAlign w:val="center"/>
          </w:tcPr>
          <w:p w14:paraId="28220FD5" w14:textId="77777777" w:rsidR="00AF5D88" w:rsidRDefault="00AF5D88"/>
        </w:tc>
      </w:tr>
      <w:tr w:rsidR="00AF5D88" w14:paraId="60979D8F" w14:textId="77777777">
        <w:trPr>
          <w:jc w:val="center"/>
        </w:trPr>
        <w:tc>
          <w:tcPr>
            <w:tcW w:w="4986" w:type="dxa"/>
            <w:vAlign w:val="center"/>
          </w:tcPr>
          <w:p w14:paraId="763CC6F9" w14:textId="77777777" w:rsidR="00AF5D88" w:rsidRDefault="00000000">
            <w:r>
              <w:rPr>
                <w:sz w:val="18"/>
              </w:rPr>
              <w:t>Ukupan broj zaposlenih u periodu ocenjivanja</w:t>
            </w:r>
          </w:p>
        </w:tc>
        <w:tc>
          <w:tcPr>
            <w:tcW w:w="4986" w:type="dxa"/>
            <w:vAlign w:val="center"/>
          </w:tcPr>
          <w:p w14:paraId="14AA33F3" w14:textId="77777777" w:rsidR="00AF5D88" w:rsidRDefault="00AF5D88"/>
        </w:tc>
      </w:tr>
    </w:tbl>
    <w:p w14:paraId="33845E34" w14:textId="77777777" w:rsidR="00AF5D88" w:rsidRDefault="00000000">
      <w:pPr>
        <w:pStyle w:val="Heading1"/>
      </w:pPr>
      <w:r>
        <w:t>B. OBIM I OBUHVAT OBUKA – 25 BODOVA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AF5D88" w14:paraId="13BAB3D8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781EAFE7" w14:textId="77777777" w:rsidR="00AF5D88" w:rsidRDefault="00000000">
            <w:r>
              <w:rPr>
                <w:b/>
                <w:sz w:val="18"/>
              </w:rPr>
              <w:t>Podatak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4C4F27E7" w14:textId="77777777" w:rsidR="00AF5D88" w:rsidRDefault="00000000">
            <w:r>
              <w:rPr>
                <w:b/>
                <w:sz w:val="18"/>
              </w:rPr>
              <w:t>Odgovor</w:t>
            </w:r>
          </w:p>
        </w:tc>
      </w:tr>
      <w:tr w:rsidR="00AF5D88" w14:paraId="35D767B2" w14:textId="77777777">
        <w:trPr>
          <w:jc w:val="center"/>
        </w:trPr>
        <w:tc>
          <w:tcPr>
            <w:tcW w:w="4986" w:type="dxa"/>
            <w:vAlign w:val="center"/>
          </w:tcPr>
          <w:p w14:paraId="7C9220A9" w14:textId="77777777" w:rsidR="00AF5D88" w:rsidRDefault="00000000">
            <w:r>
              <w:rPr>
                <w:sz w:val="18"/>
              </w:rPr>
              <w:t>Ukupan broj realizovanih obuka</w:t>
            </w:r>
          </w:p>
        </w:tc>
        <w:tc>
          <w:tcPr>
            <w:tcW w:w="4986" w:type="dxa"/>
            <w:vAlign w:val="center"/>
          </w:tcPr>
          <w:p w14:paraId="0CFBE045" w14:textId="77777777" w:rsidR="00AF5D88" w:rsidRDefault="00AF5D88"/>
        </w:tc>
      </w:tr>
      <w:tr w:rsidR="00AF5D88" w14:paraId="05DC009D" w14:textId="77777777">
        <w:trPr>
          <w:jc w:val="center"/>
        </w:trPr>
        <w:tc>
          <w:tcPr>
            <w:tcW w:w="4986" w:type="dxa"/>
            <w:vAlign w:val="center"/>
          </w:tcPr>
          <w:p w14:paraId="23B1ED16" w14:textId="77777777" w:rsidR="00AF5D88" w:rsidRDefault="00000000">
            <w:r>
              <w:rPr>
                <w:sz w:val="18"/>
              </w:rPr>
              <w:t>Broj internih obuka</w:t>
            </w:r>
          </w:p>
        </w:tc>
        <w:tc>
          <w:tcPr>
            <w:tcW w:w="4986" w:type="dxa"/>
            <w:vAlign w:val="center"/>
          </w:tcPr>
          <w:p w14:paraId="7BE11B29" w14:textId="77777777" w:rsidR="00AF5D88" w:rsidRDefault="00AF5D88"/>
        </w:tc>
      </w:tr>
      <w:tr w:rsidR="00AF5D88" w14:paraId="2A1CADBC" w14:textId="77777777">
        <w:trPr>
          <w:jc w:val="center"/>
        </w:trPr>
        <w:tc>
          <w:tcPr>
            <w:tcW w:w="4986" w:type="dxa"/>
            <w:vAlign w:val="center"/>
          </w:tcPr>
          <w:p w14:paraId="64103F4E" w14:textId="77777777" w:rsidR="00AF5D88" w:rsidRDefault="00000000">
            <w:r>
              <w:rPr>
                <w:sz w:val="18"/>
              </w:rPr>
              <w:t>Broj eksternih obuka</w:t>
            </w:r>
          </w:p>
        </w:tc>
        <w:tc>
          <w:tcPr>
            <w:tcW w:w="4986" w:type="dxa"/>
            <w:vAlign w:val="center"/>
          </w:tcPr>
          <w:p w14:paraId="5E597CFC" w14:textId="77777777" w:rsidR="00AF5D88" w:rsidRDefault="00AF5D88"/>
        </w:tc>
      </w:tr>
      <w:tr w:rsidR="00AF5D88" w14:paraId="0CF50E4C" w14:textId="77777777">
        <w:trPr>
          <w:jc w:val="center"/>
        </w:trPr>
        <w:tc>
          <w:tcPr>
            <w:tcW w:w="4986" w:type="dxa"/>
            <w:vAlign w:val="center"/>
          </w:tcPr>
          <w:p w14:paraId="2941C523" w14:textId="77777777" w:rsidR="00AF5D88" w:rsidRDefault="00000000">
            <w:r>
              <w:rPr>
                <w:sz w:val="18"/>
              </w:rPr>
              <w:t>Broj zakonski obaveznih obuka</w:t>
            </w:r>
          </w:p>
        </w:tc>
        <w:tc>
          <w:tcPr>
            <w:tcW w:w="4986" w:type="dxa"/>
            <w:vAlign w:val="center"/>
          </w:tcPr>
          <w:p w14:paraId="5B34A043" w14:textId="77777777" w:rsidR="00AF5D88" w:rsidRDefault="00AF5D88"/>
        </w:tc>
      </w:tr>
      <w:tr w:rsidR="00AF5D88" w14:paraId="59628BDF" w14:textId="77777777">
        <w:trPr>
          <w:jc w:val="center"/>
        </w:trPr>
        <w:tc>
          <w:tcPr>
            <w:tcW w:w="4986" w:type="dxa"/>
            <w:vAlign w:val="center"/>
          </w:tcPr>
          <w:p w14:paraId="303238ED" w14:textId="77777777" w:rsidR="00AF5D88" w:rsidRDefault="00000000">
            <w:r>
              <w:rPr>
                <w:sz w:val="18"/>
              </w:rPr>
              <w:t>Broj razvojnih/stručnih obuka iznad zakonskog minimuma</w:t>
            </w:r>
          </w:p>
        </w:tc>
        <w:tc>
          <w:tcPr>
            <w:tcW w:w="4986" w:type="dxa"/>
            <w:vAlign w:val="center"/>
          </w:tcPr>
          <w:p w14:paraId="11BEA23C" w14:textId="77777777" w:rsidR="00AF5D88" w:rsidRDefault="00AF5D88"/>
        </w:tc>
      </w:tr>
      <w:tr w:rsidR="00AF5D88" w14:paraId="3EFD2597" w14:textId="77777777">
        <w:trPr>
          <w:jc w:val="center"/>
        </w:trPr>
        <w:tc>
          <w:tcPr>
            <w:tcW w:w="4986" w:type="dxa"/>
            <w:vAlign w:val="center"/>
          </w:tcPr>
          <w:p w14:paraId="349CCD11" w14:textId="77777777" w:rsidR="00AF5D88" w:rsidRDefault="00000000">
            <w:r>
              <w:rPr>
                <w:sz w:val="18"/>
              </w:rPr>
              <w:t>Broj jedinstvenih zaposlenih koji su pohađali najmanje jednu obuku</w:t>
            </w:r>
          </w:p>
        </w:tc>
        <w:tc>
          <w:tcPr>
            <w:tcW w:w="4986" w:type="dxa"/>
            <w:vAlign w:val="center"/>
          </w:tcPr>
          <w:p w14:paraId="7E73E3F5" w14:textId="77777777" w:rsidR="00AF5D88" w:rsidRDefault="00AF5D88"/>
        </w:tc>
      </w:tr>
      <w:tr w:rsidR="00AF5D88" w14:paraId="739F8350" w14:textId="77777777">
        <w:trPr>
          <w:jc w:val="center"/>
        </w:trPr>
        <w:tc>
          <w:tcPr>
            <w:tcW w:w="4986" w:type="dxa"/>
            <w:vAlign w:val="center"/>
          </w:tcPr>
          <w:p w14:paraId="1097E7CD" w14:textId="77777777" w:rsidR="00AF5D88" w:rsidRDefault="00000000">
            <w:r>
              <w:rPr>
                <w:sz w:val="18"/>
              </w:rPr>
              <w:t>Procenat zaposlenih obuhvaćenih obukama</w:t>
            </w:r>
          </w:p>
        </w:tc>
        <w:tc>
          <w:tcPr>
            <w:tcW w:w="4986" w:type="dxa"/>
            <w:vAlign w:val="center"/>
          </w:tcPr>
          <w:p w14:paraId="2EA46410" w14:textId="77777777" w:rsidR="00AF5D88" w:rsidRDefault="00AF5D88"/>
        </w:tc>
      </w:tr>
      <w:tr w:rsidR="00AF5D88" w14:paraId="7B4E49A8" w14:textId="77777777">
        <w:trPr>
          <w:jc w:val="center"/>
        </w:trPr>
        <w:tc>
          <w:tcPr>
            <w:tcW w:w="4986" w:type="dxa"/>
            <w:vAlign w:val="center"/>
          </w:tcPr>
          <w:p w14:paraId="497D9B88" w14:textId="77777777" w:rsidR="00AF5D88" w:rsidRDefault="00000000">
            <w:r>
              <w:rPr>
                <w:sz w:val="18"/>
              </w:rPr>
              <w:t>Ukupan broj sati obuke</w:t>
            </w:r>
          </w:p>
        </w:tc>
        <w:tc>
          <w:tcPr>
            <w:tcW w:w="4986" w:type="dxa"/>
            <w:vAlign w:val="center"/>
          </w:tcPr>
          <w:p w14:paraId="72C499D4" w14:textId="77777777" w:rsidR="00AF5D88" w:rsidRDefault="00AF5D88"/>
        </w:tc>
      </w:tr>
      <w:tr w:rsidR="00AF5D88" w14:paraId="75073588" w14:textId="77777777">
        <w:trPr>
          <w:jc w:val="center"/>
        </w:trPr>
        <w:tc>
          <w:tcPr>
            <w:tcW w:w="4986" w:type="dxa"/>
            <w:vAlign w:val="center"/>
          </w:tcPr>
          <w:p w14:paraId="056CA4C0" w14:textId="77777777" w:rsidR="00AF5D88" w:rsidRDefault="00000000">
            <w:r>
              <w:rPr>
                <w:sz w:val="18"/>
              </w:rPr>
              <w:t>Ukupan broj dana obuke</w:t>
            </w:r>
          </w:p>
        </w:tc>
        <w:tc>
          <w:tcPr>
            <w:tcW w:w="4986" w:type="dxa"/>
            <w:vAlign w:val="center"/>
          </w:tcPr>
          <w:p w14:paraId="33F910D3" w14:textId="77777777" w:rsidR="00AF5D88" w:rsidRDefault="00AF5D88"/>
        </w:tc>
      </w:tr>
    </w:tbl>
    <w:p w14:paraId="309D9C2A" w14:textId="77777777" w:rsidR="00AF5D88" w:rsidRDefault="00000000">
      <w:pPr>
        <w:pStyle w:val="Heading1"/>
      </w:pPr>
      <w:r>
        <w:t>C. KVALITET I SISTEMATIČNOST – 25 BODOVA</w:t>
      </w:r>
    </w:p>
    <w:p w14:paraId="297CD78B" w14:textId="77777777" w:rsidR="00AF5D88" w:rsidRDefault="00000000">
      <w:r>
        <w:t>Da li postoji godišnji plan obuka? Ako postoji, ukratko opišite.</w:t>
      </w:r>
    </w:p>
    <w:p w14:paraId="3565B2A2" w14:textId="77777777" w:rsidR="00AF5D88" w:rsidRDefault="00000000">
      <w:r>
        <w:t>Na koji način utvrđujete potrebe za obukom?</w:t>
      </w:r>
    </w:p>
    <w:p w14:paraId="1982C11A" w14:textId="77777777" w:rsidR="00AF5D88" w:rsidRDefault="00000000">
      <w:r>
        <w:t>Kako su obuke povezane sa poslovnim ciljevima, radnim mestima ili potrebama za unapređenje?</w:t>
      </w:r>
    </w:p>
    <w:p w14:paraId="4836CA87" w14:textId="77777777" w:rsidR="00AF5D88" w:rsidRDefault="00000000">
      <w:r>
        <w:t>Kako pratite realizaciju i kontinuitet obuka?</w:t>
      </w:r>
    </w:p>
    <w:p w14:paraId="79046CD7" w14:textId="77777777" w:rsidR="00AF5D88" w:rsidRDefault="00000000">
      <w:r>
        <w:t>Obavezni dokaz: jedan dokument ili drugi dokaz koji potvrđuje planiranje/sistematičnost obuka.</w:t>
      </w:r>
    </w:p>
    <w:p w14:paraId="39D05F1B" w14:textId="77777777" w:rsidR="00AF5D88" w:rsidRDefault="00000000">
      <w:pPr>
        <w:pStyle w:val="Heading1"/>
      </w:pPr>
      <w:r>
        <w:t>D. ULAGANJE U ZAPOSLENE – 20 BODOVA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AF5D88" w14:paraId="3DDD8FC3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09DD50F9" w14:textId="77777777" w:rsidR="00AF5D88" w:rsidRDefault="00000000">
            <w:r>
              <w:rPr>
                <w:b/>
                <w:sz w:val="18"/>
              </w:rPr>
              <w:t>Podatak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0A7822D9" w14:textId="77777777" w:rsidR="00AF5D88" w:rsidRDefault="00000000">
            <w:r>
              <w:rPr>
                <w:b/>
                <w:sz w:val="18"/>
              </w:rPr>
              <w:t>Odgovor</w:t>
            </w:r>
          </w:p>
        </w:tc>
      </w:tr>
      <w:tr w:rsidR="00AF5D88" w14:paraId="00C92854" w14:textId="77777777">
        <w:trPr>
          <w:jc w:val="center"/>
        </w:trPr>
        <w:tc>
          <w:tcPr>
            <w:tcW w:w="4986" w:type="dxa"/>
            <w:vAlign w:val="center"/>
          </w:tcPr>
          <w:p w14:paraId="77E0F6C4" w14:textId="77777777" w:rsidR="00AF5D88" w:rsidRDefault="00000000">
            <w:r>
              <w:rPr>
                <w:sz w:val="18"/>
              </w:rPr>
              <w:t>Ukupno utrošena sredstva za obuke (RSD)</w:t>
            </w:r>
          </w:p>
        </w:tc>
        <w:tc>
          <w:tcPr>
            <w:tcW w:w="4986" w:type="dxa"/>
            <w:vAlign w:val="center"/>
          </w:tcPr>
          <w:p w14:paraId="0C67AF9F" w14:textId="77777777" w:rsidR="00AF5D88" w:rsidRDefault="00AF5D88"/>
        </w:tc>
      </w:tr>
      <w:tr w:rsidR="00AF5D88" w14:paraId="5EEC5860" w14:textId="77777777">
        <w:trPr>
          <w:jc w:val="center"/>
        </w:trPr>
        <w:tc>
          <w:tcPr>
            <w:tcW w:w="4986" w:type="dxa"/>
            <w:vAlign w:val="center"/>
          </w:tcPr>
          <w:p w14:paraId="401CCF85" w14:textId="77777777" w:rsidR="00AF5D88" w:rsidRDefault="00000000">
            <w:r>
              <w:rPr>
                <w:sz w:val="18"/>
              </w:rPr>
              <w:t>Ulaganje u obuke po zaposlenom (RSD)</w:t>
            </w:r>
          </w:p>
        </w:tc>
        <w:tc>
          <w:tcPr>
            <w:tcW w:w="4986" w:type="dxa"/>
            <w:vAlign w:val="center"/>
          </w:tcPr>
          <w:p w14:paraId="2C51F337" w14:textId="77777777" w:rsidR="00AF5D88" w:rsidRDefault="00AF5D88"/>
        </w:tc>
      </w:tr>
      <w:tr w:rsidR="00AF5D88" w14:paraId="3E523444" w14:textId="77777777">
        <w:trPr>
          <w:jc w:val="center"/>
        </w:trPr>
        <w:tc>
          <w:tcPr>
            <w:tcW w:w="4986" w:type="dxa"/>
            <w:vAlign w:val="center"/>
          </w:tcPr>
          <w:p w14:paraId="2C073B16" w14:textId="77777777" w:rsidR="00AF5D88" w:rsidRDefault="00000000">
            <w:r>
              <w:rPr>
                <w:sz w:val="18"/>
              </w:rPr>
              <w:t>Udeo sredstava uloženih u razvojne obuke</w:t>
            </w:r>
          </w:p>
        </w:tc>
        <w:tc>
          <w:tcPr>
            <w:tcW w:w="4986" w:type="dxa"/>
            <w:vAlign w:val="center"/>
          </w:tcPr>
          <w:p w14:paraId="2C727729" w14:textId="77777777" w:rsidR="00AF5D88" w:rsidRDefault="00AF5D88"/>
        </w:tc>
      </w:tr>
      <w:tr w:rsidR="00AF5D88" w14:paraId="40145D78" w14:textId="77777777">
        <w:trPr>
          <w:jc w:val="center"/>
        </w:trPr>
        <w:tc>
          <w:tcPr>
            <w:tcW w:w="4986" w:type="dxa"/>
            <w:vAlign w:val="center"/>
          </w:tcPr>
          <w:p w14:paraId="72ABDC68" w14:textId="77777777" w:rsidR="00AF5D88" w:rsidRDefault="00000000">
            <w:r>
              <w:rPr>
                <w:sz w:val="18"/>
              </w:rPr>
              <w:t>Da li organizacija finansira sertifikacije/specijalističke programe?</w:t>
            </w:r>
          </w:p>
        </w:tc>
        <w:tc>
          <w:tcPr>
            <w:tcW w:w="4986" w:type="dxa"/>
            <w:vAlign w:val="center"/>
          </w:tcPr>
          <w:p w14:paraId="46337B77" w14:textId="77777777" w:rsidR="00AF5D88" w:rsidRDefault="00AF5D88"/>
        </w:tc>
      </w:tr>
    </w:tbl>
    <w:p w14:paraId="6852AB3E" w14:textId="7AE152CC" w:rsidR="00AF5D88" w:rsidRDefault="00000000">
      <w:pPr>
        <w:pStyle w:val="Heading1"/>
      </w:pPr>
      <w:r>
        <w:lastRenderedPageBreak/>
        <w:t>E. EFEKTI OBUKA – 30 BODOVA</w:t>
      </w:r>
    </w:p>
    <w:p w14:paraId="468063E2" w14:textId="77777777" w:rsidR="00AF5D88" w:rsidRDefault="00000000">
      <w:r>
        <w:t>Opišite 1–2 primera po principu OBUKA → PRIMENA → REZULTAT.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AF5D88" w14:paraId="58F2D6C4" w14:textId="77777777">
        <w:trPr>
          <w:jc w:val="center"/>
        </w:trPr>
        <w:tc>
          <w:tcPr>
            <w:tcW w:w="3324" w:type="dxa"/>
            <w:shd w:val="clear" w:color="auto" w:fill="D9EAF7"/>
            <w:vAlign w:val="center"/>
          </w:tcPr>
          <w:p w14:paraId="4684A054" w14:textId="77777777" w:rsidR="00AF5D88" w:rsidRDefault="00000000">
            <w:r>
              <w:rPr>
                <w:b/>
                <w:sz w:val="18"/>
              </w:rPr>
              <w:t>Element</w:t>
            </w:r>
          </w:p>
        </w:tc>
        <w:tc>
          <w:tcPr>
            <w:tcW w:w="3324" w:type="dxa"/>
            <w:shd w:val="clear" w:color="auto" w:fill="D9EAF7"/>
            <w:vAlign w:val="center"/>
          </w:tcPr>
          <w:p w14:paraId="69079E70" w14:textId="77777777" w:rsidR="00AF5D88" w:rsidRDefault="00000000">
            <w:r>
              <w:rPr>
                <w:b/>
                <w:sz w:val="18"/>
              </w:rPr>
              <w:t>Primer 1</w:t>
            </w:r>
          </w:p>
        </w:tc>
        <w:tc>
          <w:tcPr>
            <w:tcW w:w="3324" w:type="dxa"/>
            <w:shd w:val="clear" w:color="auto" w:fill="D9EAF7"/>
            <w:vAlign w:val="center"/>
          </w:tcPr>
          <w:p w14:paraId="64562C6A" w14:textId="77777777" w:rsidR="00AF5D88" w:rsidRDefault="00000000">
            <w:r>
              <w:rPr>
                <w:b/>
                <w:sz w:val="18"/>
              </w:rPr>
              <w:t>Primer 2</w:t>
            </w:r>
          </w:p>
        </w:tc>
      </w:tr>
      <w:tr w:rsidR="00AF5D88" w14:paraId="79610E0A" w14:textId="77777777">
        <w:trPr>
          <w:jc w:val="center"/>
        </w:trPr>
        <w:tc>
          <w:tcPr>
            <w:tcW w:w="3324" w:type="dxa"/>
            <w:vAlign w:val="center"/>
          </w:tcPr>
          <w:p w14:paraId="77260B7F" w14:textId="77777777" w:rsidR="00AF5D88" w:rsidRDefault="00000000">
            <w:r>
              <w:rPr>
                <w:sz w:val="18"/>
              </w:rPr>
              <w:t>Naziv obuke</w:t>
            </w:r>
          </w:p>
        </w:tc>
        <w:tc>
          <w:tcPr>
            <w:tcW w:w="3324" w:type="dxa"/>
            <w:vAlign w:val="center"/>
          </w:tcPr>
          <w:p w14:paraId="0993EF5E" w14:textId="77777777" w:rsidR="00AF5D88" w:rsidRDefault="00AF5D88"/>
        </w:tc>
        <w:tc>
          <w:tcPr>
            <w:tcW w:w="3324" w:type="dxa"/>
            <w:vAlign w:val="center"/>
          </w:tcPr>
          <w:p w14:paraId="0B528FBD" w14:textId="77777777" w:rsidR="00AF5D88" w:rsidRDefault="00AF5D88"/>
        </w:tc>
      </w:tr>
      <w:tr w:rsidR="00AF5D88" w14:paraId="622DEB1C" w14:textId="77777777">
        <w:trPr>
          <w:jc w:val="center"/>
        </w:trPr>
        <w:tc>
          <w:tcPr>
            <w:tcW w:w="3324" w:type="dxa"/>
            <w:vAlign w:val="center"/>
          </w:tcPr>
          <w:p w14:paraId="1B64814F" w14:textId="77777777" w:rsidR="00AF5D88" w:rsidRDefault="00000000">
            <w:r>
              <w:rPr>
                <w:sz w:val="18"/>
              </w:rPr>
              <w:t>Problem/potreba</w:t>
            </w:r>
          </w:p>
        </w:tc>
        <w:tc>
          <w:tcPr>
            <w:tcW w:w="3324" w:type="dxa"/>
            <w:vAlign w:val="center"/>
          </w:tcPr>
          <w:p w14:paraId="79C167EC" w14:textId="77777777" w:rsidR="00AF5D88" w:rsidRDefault="00AF5D88"/>
        </w:tc>
        <w:tc>
          <w:tcPr>
            <w:tcW w:w="3324" w:type="dxa"/>
            <w:vAlign w:val="center"/>
          </w:tcPr>
          <w:p w14:paraId="0BBCB9BB" w14:textId="77777777" w:rsidR="00AF5D88" w:rsidRDefault="00AF5D88"/>
        </w:tc>
      </w:tr>
      <w:tr w:rsidR="00AF5D88" w14:paraId="78BB2D2E" w14:textId="77777777">
        <w:trPr>
          <w:jc w:val="center"/>
        </w:trPr>
        <w:tc>
          <w:tcPr>
            <w:tcW w:w="3324" w:type="dxa"/>
            <w:vAlign w:val="center"/>
          </w:tcPr>
          <w:p w14:paraId="16A18982" w14:textId="77777777" w:rsidR="00AF5D88" w:rsidRDefault="00000000">
            <w:r>
              <w:rPr>
                <w:sz w:val="18"/>
              </w:rPr>
              <w:t>Ko je obučen</w:t>
            </w:r>
          </w:p>
        </w:tc>
        <w:tc>
          <w:tcPr>
            <w:tcW w:w="3324" w:type="dxa"/>
            <w:vAlign w:val="center"/>
          </w:tcPr>
          <w:p w14:paraId="4E250F20" w14:textId="77777777" w:rsidR="00AF5D88" w:rsidRDefault="00AF5D88"/>
        </w:tc>
        <w:tc>
          <w:tcPr>
            <w:tcW w:w="3324" w:type="dxa"/>
            <w:vAlign w:val="center"/>
          </w:tcPr>
          <w:p w14:paraId="7EC222BA" w14:textId="77777777" w:rsidR="00AF5D88" w:rsidRDefault="00AF5D88"/>
        </w:tc>
      </w:tr>
      <w:tr w:rsidR="00AF5D88" w14:paraId="49328799" w14:textId="77777777">
        <w:trPr>
          <w:jc w:val="center"/>
        </w:trPr>
        <w:tc>
          <w:tcPr>
            <w:tcW w:w="3324" w:type="dxa"/>
            <w:vAlign w:val="center"/>
          </w:tcPr>
          <w:p w14:paraId="3FC14867" w14:textId="77777777" w:rsidR="00AF5D88" w:rsidRDefault="00000000">
            <w:r>
              <w:rPr>
                <w:sz w:val="18"/>
              </w:rPr>
              <w:t>Kako je znanje primenjeno</w:t>
            </w:r>
          </w:p>
        </w:tc>
        <w:tc>
          <w:tcPr>
            <w:tcW w:w="3324" w:type="dxa"/>
            <w:vAlign w:val="center"/>
          </w:tcPr>
          <w:p w14:paraId="750379A5" w14:textId="77777777" w:rsidR="00AF5D88" w:rsidRDefault="00AF5D88"/>
        </w:tc>
        <w:tc>
          <w:tcPr>
            <w:tcW w:w="3324" w:type="dxa"/>
            <w:vAlign w:val="center"/>
          </w:tcPr>
          <w:p w14:paraId="215EB42B" w14:textId="77777777" w:rsidR="00AF5D88" w:rsidRDefault="00AF5D88"/>
        </w:tc>
      </w:tr>
      <w:tr w:rsidR="00AF5D88" w14:paraId="3ACE77BB" w14:textId="77777777">
        <w:trPr>
          <w:jc w:val="center"/>
        </w:trPr>
        <w:tc>
          <w:tcPr>
            <w:tcW w:w="3324" w:type="dxa"/>
            <w:vAlign w:val="center"/>
          </w:tcPr>
          <w:p w14:paraId="3288D857" w14:textId="77777777" w:rsidR="00AF5D88" w:rsidRDefault="00000000">
            <w:r>
              <w:rPr>
                <w:sz w:val="18"/>
              </w:rPr>
              <w:t>Šta je unapređeno</w:t>
            </w:r>
          </w:p>
        </w:tc>
        <w:tc>
          <w:tcPr>
            <w:tcW w:w="3324" w:type="dxa"/>
            <w:vAlign w:val="center"/>
          </w:tcPr>
          <w:p w14:paraId="46E060B0" w14:textId="77777777" w:rsidR="00AF5D88" w:rsidRDefault="00AF5D88"/>
        </w:tc>
        <w:tc>
          <w:tcPr>
            <w:tcW w:w="3324" w:type="dxa"/>
            <w:vAlign w:val="center"/>
          </w:tcPr>
          <w:p w14:paraId="28EA2D09" w14:textId="77777777" w:rsidR="00AF5D88" w:rsidRDefault="00AF5D88"/>
        </w:tc>
      </w:tr>
    </w:tbl>
    <w:p w14:paraId="44D41D09" w14:textId="77777777" w:rsidR="00AF5D88" w:rsidRDefault="00000000">
      <w:pPr>
        <w:pStyle w:val="Heading1"/>
      </w:pPr>
      <w:r>
        <w:t>F. IZJAVA</w:t>
      </w:r>
    </w:p>
    <w:p w14:paraId="186AC4A7" w14:textId="77777777" w:rsidR="00AF5D88" w:rsidRDefault="00000000">
      <w:r>
        <w:t>Potvrđujem da su navedeni podaci tačni i potpuni prema raspoloživoj poslovnoj dokumentaciji i da Asocijacija može zatražiti dodatno pojašnjenje ili dokaz za navedene podatke.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AF5D88" w14:paraId="0EE27644" w14:textId="77777777">
        <w:trPr>
          <w:jc w:val="center"/>
        </w:trPr>
        <w:tc>
          <w:tcPr>
            <w:tcW w:w="2493" w:type="dxa"/>
            <w:shd w:val="clear" w:color="auto" w:fill="D9EAF7"/>
            <w:vAlign w:val="center"/>
          </w:tcPr>
          <w:p w14:paraId="5307011A" w14:textId="77777777" w:rsidR="00AF5D88" w:rsidRDefault="00000000">
            <w:r>
              <w:rPr>
                <w:b/>
                <w:sz w:val="18"/>
              </w:rPr>
              <w:t>Ime i prezime odgovornog lica</w:t>
            </w:r>
          </w:p>
        </w:tc>
        <w:tc>
          <w:tcPr>
            <w:tcW w:w="2493" w:type="dxa"/>
            <w:shd w:val="clear" w:color="auto" w:fill="D9EAF7"/>
            <w:vAlign w:val="center"/>
          </w:tcPr>
          <w:p w14:paraId="4EC21265" w14:textId="77777777" w:rsidR="00AF5D88" w:rsidRDefault="00000000">
            <w:r>
              <w:rPr>
                <w:b/>
                <w:sz w:val="18"/>
              </w:rPr>
              <w:t>Funkcija</w:t>
            </w:r>
          </w:p>
        </w:tc>
        <w:tc>
          <w:tcPr>
            <w:tcW w:w="2493" w:type="dxa"/>
            <w:shd w:val="clear" w:color="auto" w:fill="D9EAF7"/>
            <w:vAlign w:val="center"/>
          </w:tcPr>
          <w:p w14:paraId="06487F44" w14:textId="77777777" w:rsidR="00AF5D88" w:rsidRDefault="00000000">
            <w:r>
              <w:rPr>
                <w:b/>
                <w:sz w:val="18"/>
              </w:rPr>
              <w:t>Datum</w:t>
            </w:r>
          </w:p>
        </w:tc>
        <w:tc>
          <w:tcPr>
            <w:tcW w:w="2493" w:type="dxa"/>
            <w:shd w:val="clear" w:color="auto" w:fill="D9EAF7"/>
            <w:vAlign w:val="center"/>
          </w:tcPr>
          <w:p w14:paraId="26470DA0" w14:textId="77777777" w:rsidR="00AF5D88" w:rsidRDefault="00000000">
            <w:r>
              <w:rPr>
                <w:b/>
                <w:sz w:val="18"/>
              </w:rPr>
              <w:t>Potpis</w:t>
            </w:r>
          </w:p>
        </w:tc>
      </w:tr>
      <w:tr w:rsidR="00AF5D88" w14:paraId="5A76A905" w14:textId="77777777">
        <w:trPr>
          <w:jc w:val="center"/>
        </w:trPr>
        <w:tc>
          <w:tcPr>
            <w:tcW w:w="2493" w:type="dxa"/>
            <w:vAlign w:val="center"/>
          </w:tcPr>
          <w:p w14:paraId="20DFB897" w14:textId="77777777" w:rsidR="00AF5D88" w:rsidRDefault="00AF5D88"/>
        </w:tc>
        <w:tc>
          <w:tcPr>
            <w:tcW w:w="2493" w:type="dxa"/>
            <w:vAlign w:val="center"/>
          </w:tcPr>
          <w:p w14:paraId="41B940F0" w14:textId="77777777" w:rsidR="00AF5D88" w:rsidRDefault="00AF5D88"/>
        </w:tc>
        <w:tc>
          <w:tcPr>
            <w:tcW w:w="2493" w:type="dxa"/>
            <w:vAlign w:val="center"/>
          </w:tcPr>
          <w:p w14:paraId="7AFD06FC" w14:textId="77777777" w:rsidR="00AF5D88" w:rsidRDefault="00AF5D88"/>
        </w:tc>
        <w:tc>
          <w:tcPr>
            <w:tcW w:w="2493" w:type="dxa"/>
            <w:vAlign w:val="center"/>
          </w:tcPr>
          <w:p w14:paraId="5801DC8B" w14:textId="77777777" w:rsidR="00AF5D88" w:rsidRDefault="00AF5D88"/>
        </w:tc>
      </w:tr>
    </w:tbl>
    <w:p w14:paraId="153F0D92" w14:textId="77777777" w:rsidR="00C30091" w:rsidRDefault="00C30091"/>
    <w:sectPr w:rsidR="00C30091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1939760">
    <w:abstractNumId w:val="8"/>
  </w:num>
  <w:num w:numId="2" w16cid:durableId="1344044367">
    <w:abstractNumId w:val="6"/>
  </w:num>
  <w:num w:numId="3" w16cid:durableId="2038046379">
    <w:abstractNumId w:val="5"/>
  </w:num>
  <w:num w:numId="4" w16cid:durableId="1586382843">
    <w:abstractNumId w:val="4"/>
  </w:num>
  <w:num w:numId="5" w16cid:durableId="503663390">
    <w:abstractNumId w:val="7"/>
  </w:num>
  <w:num w:numId="6" w16cid:durableId="1027297183">
    <w:abstractNumId w:val="3"/>
  </w:num>
  <w:num w:numId="7" w16cid:durableId="694616418">
    <w:abstractNumId w:val="2"/>
  </w:num>
  <w:num w:numId="8" w16cid:durableId="441582671">
    <w:abstractNumId w:val="1"/>
  </w:num>
  <w:num w:numId="9" w16cid:durableId="505286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F5D88"/>
    <w:rsid w:val="00B47730"/>
    <w:rsid w:val="00C30091"/>
    <w:rsid w:val="00CB0664"/>
    <w:rsid w:val="00D26BAD"/>
    <w:rsid w:val="00D70C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4BC563"/>
  <w14:defaultImageDpi w14:val="300"/>
  <w15:docId w15:val="{49CD56BB-D730-4FD2-A6B0-27DE7EA7B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 Jelenkovic</cp:lastModifiedBy>
  <cp:revision>2</cp:revision>
  <dcterms:created xsi:type="dcterms:W3CDTF">2013-12-23T23:15:00Z</dcterms:created>
  <dcterms:modified xsi:type="dcterms:W3CDTF">2026-09-04T14:05:00Z</dcterms:modified>
  <cp:category/>
</cp:coreProperties>
</file>